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המרכזי של כל קטע ולזהות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מהמילון הקטן ולהשתמש בהן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 או השוואה פשוטה בטקסט (למשל: עייפות כמו מדורה שכבתה)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קצרה וקשובה, בלי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האטה וזמן שקט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משועמם וחסר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העולם שקט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כותב במחברת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האטה וזמן שקט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האטה וזמן שקט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החורף מזמין לעצור, לפנות פנימה ולאסוף כוח, כמו האדמה שאוספת כוח מתחת לפני השטח.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צמיחה שלא רואים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פקעות ובצלים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השתילים נפלו בסערה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צמיחה שלא רואים – הבנת הנקרא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לוקח שבועות עד שמציץ עלה ירוק, ורק אחר כך פרח.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הבניין יצא לעזור – מטאטא, שקיות ותה חם.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צמיחה שלא רואים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אור וחום בפנים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לא רצה לפספס כלום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שמנוחה איננה בזבוז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אור וחום בפנים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הקטע אומר שמספיקה נשיפה קטנה כדי שהאש תחזור לחיים.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הדובון נשאר ער דווקא אחרי שכל הדובים האחרים נרדמו.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אור וחום בפנים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אור וחום בפנים – התאמת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(מנוחה היא צבירת כוח, לא בזבוז)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(גם כשנדמה שהאש כבתה, נשאר חום פנימי)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(גם בחושך יש בנו מקורות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הקשבה לעצמנו – הבנה: שני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בכעס ובהגזמה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לציוץ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זה היה קשה, ועדיין ניסית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הקשבה לעצמנו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הקול הראשון נוטה להגזים, ולא תמיד הוא מדויק.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הקטע אומר שאנחנו יכולים לבחור למי להקשיב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הקשבה לעצמנו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'עשית כמיטב יכולתך, ומחר יהיה יום חדש.'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כותבים את המסע שלי – זוכרים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סקרנות, סבלנות ואומץ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כותבים את המסע שלי – מבינים את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בקטע נאמר שהמסע הוא בלי קו סיום, והוא נמשך כל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תשומת לב וכתיבה עוזרות לגלות את הרגעים הטובים גם ביום עצוב.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כותבים את המסע שלי – מתרגלים מילים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כותבים את המסע שלי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 לגלות ולדעת)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(יכולת לחכות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(לעשות משהו למרות הפחד)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לדברים קטנים)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מכירים את הקטעים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הדובון שלא רצה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רוב הצמיחה קורית במקום שלא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מתחיל לכתוב במחברת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אפשר לציין נושא משותף כמו צמיחה סמויה, מנוחה, שקט פנימי או כוח שחוזר אחרי קושי.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אישית: חשוב שהתלמיד יסביר בקצרה את הבחירה שלו.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מנסח/ת רעיון מרכזי קרוב למה שמופיע בקטע, גם במילים שלו/ה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משתמש/ת במילה מהמילון בהקשר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משפט אישי קצר וכן, המורה אינה מתקנת תוכן רגשי אלא רק מעודדת שיתוף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שיעור, ולפתוח כל שיעור בשתי דקות שקט או במצגת הפותחת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ועולים חדשים יש גרסת קטעים פשוטה ודפי תרגול מותאמים – מומלץ לבחור מראש לפי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להזכיר לפני כתיבה אישית: אין תשובות נכונות או לא נכונות על רגשות, ושיתוף הוא תמיד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את החוברת במעגל שיתוף קצר או בכתיבה ביומן המסע שלי פנימה, שבעה ימים ושבע שאלות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פנימה: קטעים על חורף ועולם פנימי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תפגשו קטעים קצרים על החורף ועל העולם הפנימי שלנו. בכל פרק תקראו, תלמדו מילים חדשות, ותענו על שאלות. בסוף כל פרק יש גם משימת כתיבה קטנה – כאן אין תשובה נכונה אחת, כל תשובה כנה היא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אדמה  ·  אפר  ·  עצלות  ·  מחברת  ·  אומץ  ·  דובה  ·  סיום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האטה וזמן שקט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מרגיש עידו כשהאינטרנט נופל בהתחלה, בקטע 'כשהאינטרנט 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משועמם וחסר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עייף ורוצה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הקטע 'החורף לא ממהר', למה בחורף אפשר לשמוע את המחשבות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יש יותר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העולם שקט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כולם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עידו בסוף הסיפור 'כשהאינטרנט נפל'?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הולך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 במחברת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האטה וזמן שקט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הקטע, האטה אינה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עידו מצא __________ ישנה במגירה והתחיל לכתוב 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האטה וזמן שקט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החורף יכול ללמד אותנו 'שיעור בהאטה'.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צמיחה שלא רואים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בקטע 'מתחת לאדמה', מה שומר מזון ומים מתחת לקרקע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פקעות ובצלים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שורשי עץ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רוני עצובה בבוקר בסיפור 'אחרי הסערה'?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איחרה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השתילים נפלו בסערה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לה מטריה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צמיחה שלא רואים – הבנת הנקרא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בקטע 'מתחת לאדמה', מיד אחרי הגשם הראשון רואים פרחים.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בסיפור 'אחרי הסערה', השכנים עזרו לנקות את הרחוב ולתקן את השתילים.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צמיחה שלא רואים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בסיפור 'אחרי הסערה', איתי ורוני גילו שהשורשים של השתילים עדיין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אור וחום בפנים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בסיפור 'הדובון שלא רצה לישון', למה הדובון לא רצה לישון כל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לא רצה לפספס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פחד מהחושך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היה רעב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אמר הינשוף לדובון כשפגש אותו עצוב ומותש?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שצריך לרוץ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שמנוחה איננה בזבוז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שצריך לאכול עוד אגוזים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אור וחום בפנים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הקטע 'גחלת', אפשר להחזיר אש לגחלת בעזרת נשיפה עדינה.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הדובון מהמשל נרדם לפני שכל שאר הדובים נרדמו.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אור וחום בפנים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הדובון חזר למאורה, התכרבל ליד ה__________ הזקנה ונרדם.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בקטע 'גחלת', מתחת ל__________ נשארות גחלים חמות וזוהרות.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אור וחום בפנים – התאמת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הדובון שלא רצה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גם כשנדמה שהאש כבתה, נשאר חום פנימי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גחלת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גם בחושך יש בנו מקורות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פנס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מנוחה היא צבירת כוח, לא בזבוז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הקשבה לעצמנו – הבנה: שני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הקול הראשון מדבר אלינו,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בשקט ובעדינות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בכעס ובהגזמה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בלי מילים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דומה הקול השני בקטע?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לרעם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לציוץ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לצעקה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 הקול השני אחרי טעות?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היה קשה, ועדיין ניסית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הצלחת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כולם צוחקים עליך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הקשבה לעצמנו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הקול הראשון תמיד אומר את האמת המדויקת.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להקשיב יותר לקול השקט והמעודד.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הקשבה לעצמנו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שהקול המעודד יכול להגיד לכם אחרי יום קשה.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כותבים את המסע שלי – זוכרים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ב'מסע בלי מזוודה', המסע אל עצמנו הוא בעיקר מסע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מזוודות כבדות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מירוץ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דורש המסע אל עצמנו, לפי הקטע?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סקרנות, סבלנות ואומץ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מפה מדויקת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כותבים את המסע שלי – מבינים את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בקטע 'מסע בלי מזוודה' כתוב שיש קו סיום ברור למסע אל עצמנו.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של יום גשום מגלים שגם ביום אפור יש רגעים קטנים וטובים.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כותבים את המסע שלי – מתרגלים מילים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המסע אל עצמנו הוא מסע בלי קו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לצאת למסע אל עצמנו צריך סקרנות, סבלנות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כותבים את המסע שלי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לעשות משהו למרות הפחד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רצון לגלות ולדעת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לשים לב לדברים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תשומת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יכולת לחכות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מכירים את הקטעים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קטע מופיע דובון שלא רצה לישון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הדובון שלא רצה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גחלת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לומדים מהקטע 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צמחים לא צריכים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 הצמיחה קורית במקום שלא רואים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פרחים פורחים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בקטע כשהאינטרנט נפל, מה עושה עידו כשהמחשב כבה?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מתחיל לכתוב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יוצא לשחק בחוץ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קטעים מהחוברת וכתבו במשפט אחד מה משותף להם.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קטע מהחוברת הכי דיבר אליכם? כתבו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במשפט אחד מה הרעיון המרכזי בקטע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מצאתי לפחות מילה חדשה אחת מהמילון ויודע/ת להשתמש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פנימה: קטעים על חורף ועולם פנימי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