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❄️ מסע פנימה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פנימה: קטעים על חורף ועולם פנימי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הרעיון המרכזי של כל קטע ולזהות פרטים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מהמילון הקטן ולהשתמש בהן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דימוי או השוואה פשוטה בטקסט (למשל: עייפות כמו מדורה שכבתה)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קצרה וקשובה, בלי תשובה נכונה או לא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האטה וזמן שקט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משועמם וחסר מנוחה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העולם שקט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כותב במחברת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לנשום ולהיות 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 שניהם אוספים כוח בשקט בפנים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האטה וזמן שקט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מתופף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האטה וזמן שקט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חופשית: החורף מזמין לעצור, לפנות פנימה ולאסוף כוח, כמו האדמה שאוספת כוח מתחת לפני השטח.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חופשית: בלי מסך ובלי רעש הוא הקשיב לעצמו, הסתכל סביב וכתב מה שהוא מרגיש וחושב.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 ואישית, לפי חוויית התלמיד או התלמידה.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צמיחה שלא רואים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פקעות ובצלים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השתילים נפלו בסערה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צמיחה שלא רואים – הבנת הנקרא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לוקח שבועות עד שמציץ עלה ירוק, ורק אחר כך פרח.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כל הבניין יצא לעזור – מטאטא, שקיות ותה חם.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צמיחה שלא רואים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אדמה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אור וחום בפנים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הוא לא רצה לפספס כלום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שמנוחה איננה בזבוז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גחלים חמות מתחת לאפר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אור וחום בפנים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הקטע אומר שמספיקה נשיפה קטנה כדי שהאש תחזור לחיים.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הדובון נשאר ער דווקא אחרי שכל הדובים האחרים נרדמו.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אור וחום בפנים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אור וחום בפנים – התאמת רעיונות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(מנוחה היא צבירת כוח, לא בזבוז)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(גם כשנדמה שהאש כבתה, נשאר חום פנימי)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(גם בחושך יש בנו מקורות אור)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הקשבה לעצמנו – הבנה: שני קולות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בכעס ובהגזמה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לציוץ ציפור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זה היה קשה, ועדיין ניסית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לשאול מה הייתי אומר לחבר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הקשבה לעצמנו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הקול הראשון נוטה להגזים, ולא תמיד הוא מדויק.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הקטע אומר שאנחנו יכולים לבחור למי להקשיב יותר.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הרעיון המרכזי של הסיפור שלולית.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המכתב עוזר לקבל את הקשיים ולזכור שאנחנו ממשיכים לצמוח, לא לשכוח אותם.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הקשבה לעצמנו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לדוגמה: 'עשית כמיטב יכולתך, ומחר יהיה יום חדש.'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המתארת מצב, ואחריו משפט מעודד חלופי.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לראות את הדרך שעברנו, לקבל קשיים ולזכור שאנחנו ממשיכים לצמוח.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אישית, לדוגמה: הקול הרועש חזק ומיידי, ואילו הקול השקט דורש תשומת לב ושקט פנימי.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כותבים את המסע שלי – זוכרים את הקטעים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סקרנות, סבלנות ואומץ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תשומת לב וכתיבה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כותבים את המסע שלי – מבינים את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בקטע נאמר שהמסע הוא בלי קו סיום, והוא נמשך כל הזמן.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תשומת לב וכתיבה עוזרות לגלות את הרגעים הטובים גם ביום עצוב.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השם 'בלי מזוודה' מראה שלא צריך חפצים, אלא סקרנות ושאלות.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כותבים את המסע שלי – מתרגלים מילים ושלבים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אומץ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כותבים את המסע שלי – התאמות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(רצון לגלות ולדעת)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(יכולת לחכות בשקט)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(לעשות משהו למרות הפחד)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(לשים לב לדברים קטנים)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מכירים את הקטעים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הדובון שלא רצה לישון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רוב הצמיחה קורית במקום שלא רואים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מתחיל לכתוב במחברת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האטה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כמו ציוץ ציפור בתוך רעש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חום פנימי ששומרים עליו גם כשקשה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שניהם עוסקים בכוח שחוזר אחרי קושי או מנוחה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חופשית: אפשר לציין נושא משותף כמו צמיחה סמויה, מנוחה, שקט פנימי או כוח שחוזר אחרי קושי.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אישית: חשוב שהתלמיד יסביר בקצרה את הבחירה שלו.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המתייחסת לרעיון מהקטעים, כמו סבלנות, מנוחה או הקשבה פנימית.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מנסח/ת רעיון מרכזי קרוב למה שמופיע בקטע, גם במילים שלו/ה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משתמש/ת במילה מהמילון בהקשר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משפט אישי קצר וכן, המורה אינה מתקנת תוכן רגשי אלא רק מעודדת שיתוף מרצון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ללמד פרק אחד בכל שיעור, ולפתוח כל שיעור בשתי דקות שקט או במצגת הפותחת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ועולים חדשים יש גרסת קטעים פשוטה ודפי תרגול מותאמים – מומלץ לבחור מראש לפי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להזכיר לפני כתיבה אישית: אין תשובות נכונות או לא נכונות על רגשות, ושיתוף הוא תמיד מרצון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לסיים את החוברת במעגל שיתוף קצר או בכתיבה ביומן המסע שלי פנימה, שבעה ימים ושבע שאלות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❄️ מסע פנימה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פנימה: קטעים על חורף ועולם פנימי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יש קטעים קצרים וקלים על חורף. תקראו, תלמדו מילים, ותענו על שאלות. בסוף תכתבו קצת על עצמכם. אין תשובה לא נכונה.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לעשות דברים לאט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 של חיה בתוך האדמה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גחלת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חתיכת עץ חמה בלי להבה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פקעת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של צמח מתחת לאדמה ששומר מזון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התכרבל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התקפל והתכסה כדי שיהיה חם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מחלחלים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נכנסים לאט לתוך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ביקורתי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שמחפש טעויות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תרמוס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בקבוק ששומר על משקה חם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זקוף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עומד ישר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נאנח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הוציא אוויר בקול, מעייפות או עצב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האטה וזמן שקט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עידו מרגיש בהתחלה?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משועמם וחסר 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עייף ורוצה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כועס על אחותו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דווקא בחורף שומעים מחשבות?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יש יותר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העולם שקט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כולם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יורד יותר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עידו עושה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מתקשר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הולך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 במחברת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יוצא לשחק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השקט נותן לנו?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לנשום ולהיות עצמנו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לרוץ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לשכוח הכול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לדבר בקול 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משווים אדם בחורף לאדמה?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שניהם קרים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שניהם אוספים כוח בשקט בפנים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שניהם ירוקים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שניהם רועשים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האטה וזמן שקט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הקטע, האטה אינה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עידו מצא __________ ישנה במגירה והתחיל לכתוב 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מתחת לפני השטח, האדמה אוספת מים וכוח לקראת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הגשם __________ על החלונות, כמו תוף.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עידו הרגיש הרגשה מוזרה בבטן כשהבית היה כל כך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האטה וזמן שקט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החורף יכול ללמד אותנו 'שיעור בהאטה'.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עידו גילה שהוא 'לא צריך למהר' דווקא כשנפל האינטרנט. למה דווקא השקט הכפוי עזר לו לגלות את זה?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רגע שקט שחוויתם, ומה גיליתם בו.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צמיחה שלא רואים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שומר מים ומזון מתחת לאדמה?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פקעות ובצלים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שורשי עץ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עלים יבשים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רוני עצובה?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איחרה לבית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השתילים נפלו בסערה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לה מטריה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רעבה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צמיחה שלא רואים – הבנת הנקרא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בקטע 'מתחת לאדמה', מיד אחרי הגשם הראשון רואים פרחים.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'אחרי הסערה', השכנים עזרו לנקות את הרחוב ולתקן את השתילים.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צמיחה שלא רואים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בסיפור 'אחרי הסערה', איתי ורוני גילו שהשורשים של השתילים עדיין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אור וחום בפנים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הדובון נשאר 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לא רצה לפספס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פחד מהחושך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היה רעב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לימד הינשוף את הדובון?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שצריך לרוץ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שמנוחה איננה בזבוז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שצריך לאכול עוד אגוזים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נשאר אחרי שהאש כבתה?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שום דבר לא נשאר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גחלים חמות מתחת לאפר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עשן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אור וחום בפנים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הקטע 'גחלת', אפשר להחזיר אש לגחלת בעזרת נשיפה עדינה.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הדובון מהמשל נרדם לפני שכל שאר הדובים נרדמו.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אור וחום בפנים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הדובון חזר למאורה, התכרבל ליד ה__________ הזקנה ונרדם.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בקטע 'גחלת', מתחת ל__________ נשארות גחלים חמות וזוהרות.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אור וחום בפנים – התאמת רעיונות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הדובון שלא רצה לישון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גם בחושך יש בנו מקורות אור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גחלת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מנוחה היא צבירת כוח, לא בזבוז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פנס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גם כשנדמה שהאש כבתה, נשאר חום פנימי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הקשבה לעצמנו – הבנה: שני קולות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הקול הראשון מרגיש?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בשקט ובעדינות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בכעס ובהגזמה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בלי מילים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עם מה משווים את הקול השני?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לרעם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לציוץ ציפור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לצעקה ברחוב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לשקט מוחלט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אומר הקול הטוב אחרי שטעינו?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 היה קשה, ועדיין ניסית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הצלחת אף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כולם צוחקים עליך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מספיק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אפשר לעשות כשהקול הביקורתי מדבר?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לשאול מה הייתי אומר לחבר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להפסיק לדבר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מכתב לינשוף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לישון כל היום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הקשבה לעצמנו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הקול הראשון תמיד אומר את האמת המדויקת.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להקשיב יותר לקול השקט והמעודד.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'שלולית', לעצור ולהסתכל מכיוון אחר עוזר להבין את עצמנו.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מכתב לעצמנו נועד לגרום לנו לשכוח את הקשיים שעברנו.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הקשבה לעצמנו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שהקול המעודד יכול להגיד לכם אחרי יום קשה.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רגע שבו הקול הביקורתי דיבר אליכם, ומה הקול המעודד יכול היה לומר במקומו.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לפי הקטע 'מכתב לעצמי', למה כדאי לכתוב מכתב לעצמנו? כתבו בשתי שורות.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למה, לדעתכם, קשה יותר לשמוע את הקול השקט מהקול הרועש? הסבירו.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כותבים את המסע שלי – זוכרים את הקטעים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הם אומרים שהמסע אל עצמנו הוא?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מזוודות כבדות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מירוץ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תכונות צריך כדי לצאת למסע פנימי?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סקרנות, סבלנות ואומץ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הרבה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מפה מדויקת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חברים רבים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עוזר לראות דברים טובים ביום עצוב?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תשומת לב וכתיבה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שינה ארוכה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לצאת מהבית מיד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כותבים את המסע שלי – מבינים את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בקטע 'מסע בלי מזוודה' כתוב שיש קו סיום ברור למסע אל עצמנו.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ביומן של יום גשום מגלים שגם ביום אפור יש רגעים קטנים וטובים.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לצאת למסע אל עצמנו רק אם יש לנו הרבה חפצים ותשובות מוכנות מראש.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כותבים את המסע שלי – מתרגלים מילים ושלבים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המסע אל עצמנו הוא מסע בלי קו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לצאת למסע אל עצמנו צריך סקרנות, סבלנות ו__________.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כותבים את המסע שלי – התאמות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סקרנות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לעשות משהו למרות הפחד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לשים לב לדברים קטנים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יכולת לחכות בשקט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תשומת 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רצון לגלות ולדעת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מכירים את הקטעים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קטע יש דובון שלא רוצה לישון?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הדובון שלא רצה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גחלת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הרעיון בקטע על הצמחים מתחת לאדמה?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צמחים לא צריכים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רוב הצמיחה קורית במקום שלא רואים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פרחים פורחים רק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האדמה תמיד יבשה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עידו עשה כשלא היה אינטרנט?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ישן כל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מתחיל לכתוב במחברת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יוצא לשחק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מתקשר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במה עוסק הקטע על החורף?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הקול השקט מתואר בקטע?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חזק ורועש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כמו ציוץ ציפור בתוך רעש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מפחיד ומאיים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משקר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הגחלת מסמלת בקטע?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חום פנימי ששומרים עליו גם כשקשה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אש שאי אפשר להדליק שוב לעולם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 חזק של החורף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 שמסנוור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דומה בין שני הסיפורים האלה?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שניהם עוסקים בכוח שחוזר אחרי קושי או 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שניהם הם מכתבים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קורים בקיץ החם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משלים על ציפורים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 קטעים מהחוברת וכתבו במשפט אחד מה משותף להם.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קטע מהחוברת הכי דיבר אליכם? כתבו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אחד שהייתם רוצים לזכור מהחוברת, ולמה הוא חשוב 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במשפט אחד מה הרעיון המרכזי בקטע שקראתי?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מצאתי לפחות מילה חדשה אחת מהמילון ויודע/ת להשתמש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לכתוב משהו קצר ואמיתי על עצמי, בלי לדאוג אם זה 'נכון'?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מסע פנימה: קטעים על חורף ועולם פנימי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